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No.28 · LEVEL 03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自动化与效率跃迁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 Agent实战：用WorkBuddy龙虾打造你的AI员工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让电脑替你自动干活</w:t>
      </w:r>
      <w:r>
        <w:rPr>
          <w:rFonts w:ascii="Microsoft YaHei" w:hAnsi="Microsoft YaHei"/>
          <w:color w:val="4B5563"/>
          <w:sz w:val="22"/>
        </w:rPr>
        <w:t>——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从安装绑定到高频场景落地，一天搭起属于自己的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员工。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：企业主、门店负责人、普通员工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随着大模型普及，企业已从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使用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进入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部署</w:t>
      </w:r>
      <w:r>
        <w:t>AI Agent"</w:t>
      </w:r>
      <w:r>
        <w:rPr>
          <w:rFonts w:ascii="Microsoft YaHei" w:eastAsia="Microsoft YaHei" w:hAnsi="Microsoft YaHei" w:cs="Microsoft YaHei" w:hint="eastAsia"/>
          <w:lang w:eastAsia="zh-CN"/>
        </w:rPr>
        <w:t>的新阶段。相比普通聊天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，</w:t>
      </w:r>
      <w:r>
        <w:t>WorkBuddy</w:t>
      </w:r>
      <w:r>
        <w:rPr>
          <w:rFonts w:ascii="Microsoft YaHei" w:eastAsia="Microsoft YaHei" w:hAnsi="Microsoft YaHei" w:cs="Microsoft YaHei" w:hint="eastAsia"/>
          <w:lang w:eastAsia="zh-CN"/>
        </w:rPr>
        <w:t>（龙虾类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智能体）能听懂任务、自主拆解步骤、调用工具、自动执行全流程，真正让电脑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自动干活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，成为老板的专属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员工。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企业普遍存在：一人多岗、琐事多、时间碎、外出多、不会复杂软件等痛点，订单整理、对账、报价、文案、客户跟进、文件归档占用大量时间。</w:t>
      </w:r>
      <w:r>
        <w:t>WorkBuddy</w:t>
      </w:r>
      <w:r>
        <w:rPr>
          <w:rFonts w:ascii="Microsoft YaHei" w:eastAsia="Microsoft YaHei" w:hAnsi="Microsoft YaHei" w:cs="Microsoft YaHei" w:hint="eastAsia"/>
          <w:lang w:eastAsia="zh-CN"/>
        </w:rPr>
        <w:t>以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微信远程操控、本地安全、开箱即用、自动执行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为核心，让老板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不在电脑前也能办公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，大幅降低人力成本、提升经营效率。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按「听懂</w:t>
      </w:r>
      <w:r>
        <w:rPr>
          <w:rFonts w:ascii="Microsoft YaHei" w:hAnsi="Microsoft YaHei"/>
          <w:color w:val="8B95A7"/>
          <w:sz w:val="19"/>
        </w:rPr>
        <w:t xml:space="preserve"> →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会用</w:t>
      </w:r>
      <w:r>
        <w:rPr>
          <w:rFonts w:ascii="Microsoft YaHei" w:hAnsi="Microsoft YaHei"/>
          <w:color w:val="8B95A7"/>
          <w:sz w:val="19"/>
        </w:rPr>
        <w:t xml:space="preserve"> →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能用</w:t>
      </w:r>
      <w:r>
        <w:rPr>
          <w:rFonts w:ascii="Microsoft YaHei" w:hAnsi="Microsoft YaHei"/>
          <w:color w:val="8B95A7"/>
          <w:sz w:val="19"/>
        </w:rPr>
        <w:t xml:space="preserve"> →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用好」四步走，把</w:t>
      </w:r>
      <w:r>
        <w:rPr>
          <w:rFonts w:ascii="Microsoft YaHei" w:hAnsi="Microsoft YaHei"/>
          <w:color w:val="8B95A7"/>
          <w:sz w:val="19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员工真正用进生意里。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AI 员工认知</w:t>
      </w:r>
      <w:r>
        <w:rPr>
          <w:rFonts w:ascii="Microsoft YaHei" w:eastAsia="Microsoft YaHei" w:hAnsi="Microsoft YaHei" w:cs="Microsoft YaHei" w:hint="eastAsia"/>
          <w:lang w:eastAsia="zh-CN"/>
        </w:rPr>
        <w:t>：理解</w:t>
      </w:r>
      <w:r>
        <w:t>AI Agent</w:t>
      </w:r>
      <w:r>
        <w:rPr>
          <w:rFonts w:ascii="Microsoft YaHei" w:eastAsia="Microsoft YaHei" w:hAnsi="Microsoft YaHei" w:cs="Microsoft YaHei" w:hint="eastAsia"/>
          <w:lang w:eastAsia="zh-CN"/>
        </w:rPr>
        <w:t>与普通聊天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的区别，建立</w:t>
      </w:r>
      <w:r>
        <w:t>"AI</w:t>
      </w:r>
      <w:r>
        <w:rPr>
          <w:rFonts w:ascii="Microsoft YaHei" w:eastAsia="Microsoft YaHei" w:hAnsi="Microsoft YaHei" w:cs="Microsoft YaHei" w:hint="eastAsia"/>
          <w:lang w:eastAsia="zh-CN"/>
        </w:rPr>
        <w:t>员工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实战认知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3 分钟上手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>WorkBuddy</w:t>
      </w:r>
      <w:r>
        <w:rPr>
          <w:rFonts w:ascii="Microsoft YaHei" w:eastAsia="Microsoft YaHei" w:hAnsi="Microsoft YaHei" w:cs="Microsoft YaHei" w:hint="eastAsia"/>
          <w:lang w:eastAsia="zh-CN"/>
        </w:rPr>
        <w:t>安装、登录、微信远程绑定，</w:t>
      </w:r>
      <w:r>
        <w:t>3</w:t>
      </w:r>
      <w:r>
        <w:rPr>
          <w:rFonts w:ascii="Microsoft YaHei" w:eastAsia="Microsoft YaHei" w:hAnsi="Microsoft YaHei" w:cs="Microsoft YaHei" w:hint="eastAsia"/>
          <w:lang w:eastAsia="zh-CN"/>
        </w:rPr>
        <w:t>分钟上手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高频工作自动化</w:t>
      </w:r>
      <w:r>
        <w:rPr>
          <w:rFonts w:ascii="Microsoft YaHei" w:eastAsia="Microsoft YaHei" w:hAnsi="Microsoft YaHei" w:cs="Microsoft YaHei" w:hint="eastAsia"/>
          <w:lang w:eastAsia="zh-CN"/>
        </w:rPr>
        <w:t>：学会用</w:t>
      </w:r>
      <w:r>
        <w:t>WorkBuddy</w:t>
      </w:r>
      <w:r>
        <w:rPr>
          <w:rFonts w:ascii="Microsoft YaHei" w:eastAsia="Microsoft YaHei" w:hAnsi="Microsoft YaHei" w:cs="Microsoft YaHei" w:hint="eastAsia"/>
          <w:lang w:eastAsia="zh-CN"/>
        </w:rPr>
        <w:t>自动处理文件、订单、报表、营销、客户高频工作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识别高价值环节</w:t>
      </w:r>
      <w:r>
        <w:rPr>
          <w:rFonts w:ascii="Microsoft YaHei" w:eastAsia="Microsoft YaHei" w:hAnsi="Microsoft YaHei" w:cs="Microsoft YaHei" w:hint="eastAsia"/>
          <w:lang w:eastAsia="zh-CN"/>
        </w:rPr>
        <w:t>：能识别自己生意里最适合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自动化的高价值环节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Skills 扩展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>Skills</w:t>
      </w:r>
      <w:r>
        <w:rPr>
          <w:rFonts w:ascii="Microsoft YaHei" w:eastAsia="Microsoft YaHei" w:hAnsi="Microsoft YaHei" w:cs="Microsoft YaHei" w:hint="eastAsia"/>
          <w:lang w:eastAsia="zh-CN"/>
        </w:rPr>
        <w:t>技能扩展，让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越来越懂你的生意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轻量化办公体系</w:t>
      </w:r>
      <w:r>
        <w:rPr>
          <w:rFonts w:ascii="Microsoft YaHei" w:eastAsia="Microsoft YaHei" w:hAnsi="Microsoft YaHei" w:cs="Microsoft YaHei" w:hint="eastAsia"/>
          <w:lang w:eastAsia="zh-CN"/>
        </w:rPr>
        <w:t>：搭建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老板</w:t>
      </w:r>
      <w:r>
        <w:t>+AI</w:t>
      </w:r>
      <w:r>
        <w:rPr>
          <w:rFonts w:ascii="Microsoft YaHei" w:eastAsia="Microsoft YaHei" w:hAnsi="Microsoft YaHei" w:cs="Microsoft YaHei" w:hint="eastAsia"/>
          <w:lang w:eastAsia="zh-CN"/>
        </w:rPr>
        <w:t>员工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轻量化高效办公体系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61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导入：从AI工具 → AI员工：为什么老板必须用AI自动干活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小微企业痛点：重复事多、没时间谈业务、外出无法处理工作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价值：你发指令，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自动执行，不用盯、不用等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课程学习路径：听懂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会用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能用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用好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 Agent与WorkBuddy基础认知</w:t>
      </w:r>
    </w:p>
    <w:p>
      <w:pPr>
        <w:pStyle w:val="ListBullet"/>
      </w:pPr>
      <w:r>
        <w:rPr>
          <w:color w:val="4B5563"/>
          <w:sz w:val="21"/>
        </w:rPr>
        <w:t>1.1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工具三代演进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Chat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时代：只能问答，不干活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Copilot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时代：辅助修改，不能自动执行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时代：自主规划、调用工具、自动完成任务</w:t>
      </w:r>
    </w:p>
    <w:p>
      <w:pPr>
        <w:pStyle w:val="ListBullet"/>
      </w:pPr>
      <w:r>
        <w:rPr>
          <w:color w:val="4B5563"/>
          <w:sz w:val="21"/>
        </w:rPr>
        <w:t xml:space="preserve">1.2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什么是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龙虾</w:t>
      </w:r>
      <w:r>
        <w:rPr>
          <w:color w:val="4B5563"/>
          <w:sz w:val="21"/>
        </w:rPr>
        <w:t>”Claw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架构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OpenClaw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核心：任务拆解、工具调用、记忆反思、自动执行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与普通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的本质差别：不只给答案，直接出结果</w:t>
      </w:r>
    </w:p>
    <w:p>
      <w:pPr>
        <w:pStyle w:val="ListBullet"/>
      </w:pPr>
      <w:r>
        <w:rPr>
          <w:color w:val="4B5563"/>
          <w:sz w:val="21"/>
        </w:rPr>
        <w:t>1.3 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核心能力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微信远程操控：手机发指令，电脑自动干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全电脑操控：文件、表格、文档、浏览器全能操作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5000+Skills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生态：像装插件一样扩展能力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持续记忆：越用越懂你、懂你的生意</w:t>
      </w:r>
    </w:p>
    <w:p>
      <w:pPr>
        <w:pStyle w:val="ListBullet"/>
      </w:pPr>
      <w:r>
        <w:rPr>
          <w:color w:val="4B5563"/>
          <w:sz w:val="21"/>
        </w:rPr>
        <w:t xml:space="preserve">1.4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安全说明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本地优先执行，敏感数据不上云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文件夹可控授权，高危操作可拦截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二、WorkBuddy零基础上手：3分钟拥有AI员工</w:t>
      </w:r>
    </w:p>
    <w:p>
      <w:pPr>
        <w:pStyle w:val="ListBullet"/>
      </w:pPr>
      <w:r>
        <w:rPr>
          <w:color w:val="4B5563"/>
          <w:sz w:val="21"/>
        </w:rPr>
        <w:t xml:space="preserve">2.1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下载安装（开箱即用）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官方安装，</w:t>
      </w:r>
      <w:r>
        <w:rPr>
          <w:color w:val="4B5563"/>
          <w:sz w:val="21"/>
        </w:rPr>
        <w:t>Windows/Mac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内置大模型，不用配置、不用</w:t>
      </w:r>
      <w:r>
        <w:rPr>
          <w:color w:val="4B5563"/>
          <w:sz w:val="21"/>
        </w:rPr>
        <w:t>API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、不用代码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现场实操：全员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分钟安装完成</w:t>
      </w:r>
    </w:p>
    <w:p>
      <w:pPr>
        <w:pStyle w:val="ListBullet"/>
      </w:pPr>
      <w:r>
        <w:rPr>
          <w:color w:val="4B5563"/>
          <w:sz w:val="21"/>
        </w:rPr>
        <w:t xml:space="preserve">2.2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微信扫码绑定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步绑定微信远程控制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手机</w:t>
      </w:r>
      <w:r>
        <w:rPr>
          <w:color w:val="4B5563"/>
          <w:sz w:val="21"/>
        </w:rPr>
        <w:t xml:space="preserve"> ↔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电脑无缝切换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实操：每个人都绑定成功</w:t>
      </w:r>
    </w:p>
    <w:p>
      <w:pPr>
        <w:pStyle w:val="ListBullet"/>
      </w:pPr>
      <w:r>
        <w:rPr>
          <w:color w:val="4B5563"/>
          <w:sz w:val="21"/>
        </w:rPr>
        <w:t xml:space="preserve">2.3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第一次指令：测试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员工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指令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：整理桌面文件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指令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：生成一份简单报价单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指令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：微信远程发指令，电脑执行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三、WorkBuddy高频实战：企业常用4大场景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：电脑文件自动化（订单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合同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单据）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批量整理、分类归档、重命名、去重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自动归档：订单、合同、送货单、对账单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分钟整理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个月单据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：经营数据自动化（对账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库存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报表）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自动清洗</w:t>
      </w:r>
      <w:r>
        <w:rPr>
          <w:color w:val="4B5563"/>
          <w:sz w:val="21"/>
        </w:rPr>
        <w:t>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流水、算销量、算利润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自动生成：日报、周报、月报、对账表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实操：微信一句话生成经营报表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：营销内容自动化（朋友圈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短视频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海报文案）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自动写：门店促销、新品推广、客户跟进话术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生成文案、脚本、活动方案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</w:t>
      </w:r>
      <w:r>
        <w:rPr>
          <w:color w:val="4B5563"/>
          <w:sz w:val="21"/>
        </w:rPr>
        <w:t>30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秒生成门店营销文案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：微信远程办公（外出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跑业务必备）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远程查报价、查库存、发文件、做合同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出差、跑市场、见客户也不耽误生意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实操：手机微信远程完成报价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对账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四、Skills技能扩展：让AI更懂你的生意</w:t>
      </w:r>
    </w:p>
    <w:p>
      <w:pPr>
        <w:pStyle w:val="ListBullet"/>
      </w:pPr>
      <w:r>
        <w:rPr>
          <w:color w:val="4B5563"/>
          <w:sz w:val="21"/>
        </w:rPr>
        <w:t xml:space="preserve">4.1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什么是</w:t>
      </w:r>
      <w:r>
        <w:rPr>
          <w:color w:val="4B5563"/>
          <w:sz w:val="21"/>
        </w:rPr>
        <w:t>Skills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Skills = 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的能力插件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一键安装，不用写代码</w:t>
      </w:r>
    </w:p>
    <w:p>
      <w:pPr>
        <w:pStyle w:val="ListBullet"/>
      </w:pPr>
      <w:r>
        <w:rPr>
          <w:color w:val="4B5563"/>
          <w:sz w:val="21"/>
        </w:rPr>
        <w:t xml:space="preserve">4.2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必备</w:t>
      </w:r>
      <w:r>
        <w:rPr>
          <w:color w:val="4B5563"/>
          <w:sz w:val="21"/>
        </w:rPr>
        <w:t>Skills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推荐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文件类：</w:t>
      </w:r>
      <w:r>
        <w:rPr>
          <w:color w:val="4B5563"/>
          <w:sz w:val="21"/>
        </w:rPr>
        <w:t>PDF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转</w:t>
      </w:r>
      <w:r>
        <w:rPr>
          <w:color w:val="4B5563"/>
          <w:sz w:val="21"/>
        </w:rPr>
        <w:t>Word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、批量图片处理、合同提取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经营类：自动对账、库存预警、回款提醒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营销类：文案生成、海报指令、短视频脚本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信息类：行业价格、竞品动态、政策提醒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4.3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实操：安装行业专属技能包</w:t>
      </w:r>
    </w:p>
    <w:p>
      <w:pPr>
        <w:pStyle w:val="ListBullet"/>
      </w:pPr>
      <w:r>
        <w:rPr>
          <w:color w:val="4B5563"/>
          <w:sz w:val="21"/>
        </w:rPr>
        <w:t xml:space="preserve">4.4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实操：零代码创建自己的</w:t>
      </w:r>
      <w:r>
        <w:rPr>
          <w:color w:val="4B5563"/>
          <w:sz w:val="21"/>
        </w:rPr>
        <w:t>Skill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一句话描述需求，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自动生成专属技能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五、定时任务+无人值守：AI 24小时帮你干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每天自动生成销售报表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每周自动整理客户对账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每月自动汇总经营数据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任务完成自动微信推送结果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可结合企业行业属性与门店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业务场景设计定制案例，配套专属授课网站（含安装指引与提示词清单）。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