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No.3 · LEVEL 01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高效职场系列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AI高效职场：数据分析与业务洞察能力提升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降低数据分析门槛，让非技术人员也能用数据支持决策。通过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实现数据整理、分析与呈现的一体化。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：数据分析从业者、需要用数据进行汇报的员工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在当今数据驱动的时代，数据分析至关重要。然而，传统数据分析方法繁琐且耗时，尤其面对海量数据时。随着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技术的兴起，数据分析正迎来变革。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本课程旨在教授如何利用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技术强大的智能化、自动化和精准化特点辅助</w:t>
      </w:r>
      <w:r>
        <w:t>Excel</w:t>
      </w:r>
      <w:r>
        <w:rPr>
          <w:rFonts w:ascii="Microsoft YaHei" w:eastAsia="Microsoft YaHei" w:hAnsi="Microsoft YaHei" w:cs="Microsoft YaHei" w:hint="eastAsia"/>
          <w:lang w:eastAsia="zh-CN"/>
        </w:rPr>
        <w:t>、</w:t>
      </w:r>
      <w:r>
        <w:t>SQL</w:t>
      </w:r>
      <w:r>
        <w:rPr>
          <w:rFonts w:ascii="Microsoft YaHei" w:eastAsia="Microsoft YaHei" w:hAnsi="Microsoft YaHei" w:cs="Microsoft YaHei" w:hint="eastAsia"/>
          <w:lang w:eastAsia="zh-CN"/>
        </w:rPr>
        <w:t>和</w:t>
      </w:r>
      <w:r>
        <w:t>Python</w:t>
      </w:r>
      <w:r>
        <w:rPr>
          <w:rFonts w:ascii="Microsoft YaHei" w:eastAsia="Microsoft YaHei" w:hAnsi="Microsoft YaHei" w:cs="Microsoft YaHei" w:hint="eastAsia"/>
          <w:lang w:eastAsia="zh-CN"/>
        </w:rPr>
        <w:t>进行高效数据分析。课程涵盖数据准备、清洗、转换、分析与建模等环节，助力实现自动化和智能化。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学习后，你将掌握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核心原理，了解如何结合数据分析软件，提升工作效率和深度，为职业发展助力。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从数据预处理到可视化呈现，覆盖一次完整数据分析的全流程。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原理工具精掌握</w:t>
      </w:r>
      <w:r>
        <w:rPr>
          <w:rFonts w:ascii="Microsoft YaHei" w:eastAsia="Microsoft YaHei" w:hAnsi="Microsoft YaHei" w:cs="Microsoft YaHei" w:hint="eastAsia"/>
          <w:lang w:eastAsia="zh-CN"/>
        </w:rPr>
        <w:t>：明晰生成式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等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工具的原理和发展历史。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沟通AI有妙招</w:t>
      </w:r>
      <w:r>
        <w:rPr>
          <w:rFonts w:ascii="Microsoft YaHei" w:eastAsia="Microsoft YaHei" w:hAnsi="Microsoft YaHei" w:cs="Microsoft YaHei" w:hint="eastAsia"/>
          <w:lang w:eastAsia="zh-CN"/>
        </w:rPr>
        <w:t>：运用提示词原则与技巧，让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精准回应需求。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大语言模型显能耐</w:t>
      </w:r>
      <w:r>
        <w:rPr>
          <w:rFonts w:ascii="Microsoft YaHei" w:eastAsia="Microsoft YaHei" w:hAnsi="Microsoft YaHei" w:cs="Microsoft YaHei" w:hint="eastAsia"/>
          <w:lang w:eastAsia="zh-CN"/>
        </w:rPr>
        <w:t>：学习大语言模型的能力，理解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赋能数据分析的底层逻辑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AI数据预处理</w:t>
      </w:r>
      <w:r>
        <w:rPr>
          <w:rFonts w:ascii="Microsoft YaHei" w:eastAsia="Microsoft YaHei" w:hAnsi="Microsoft YaHei" w:cs="Microsoft YaHei" w:hint="eastAsia"/>
          <w:lang w:eastAsia="zh-CN"/>
        </w:rPr>
        <w:t>：学习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如何协助获取数据以及数据预处理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AI简易数据分析</w:t>
      </w:r>
      <w:r>
        <w:rPr>
          <w:rFonts w:ascii="Microsoft YaHei" w:eastAsia="Microsoft YaHei" w:hAnsi="Microsoft YaHei" w:cs="Microsoft YaHei" w:hint="eastAsia"/>
          <w:lang w:eastAsia="zh-CN"/>
        </w:rPr>
        <w:t>：利用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平台数据分析功能快速洞察数据，找到规律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Excel分析更高效</w:t>
      </w:r>
      <w:r>
        <w:rPr>
          <w:rFonts w:ascii="Microsoft YaHei" w:eastAsia="Microsoft YaHei" w:hAnsi="Microsoft YaHei" w:cs="Microsoft YaHei" w:hint="eastAsia"/>
          <w:lang w:eastAsia="zh-CN"/>
        </w:rPr>
        <w:t>：掌握用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自动化重复性</w:t>
      </w:r>
      <w:r>
        <w:t>Excel</w:t>
      </w:r>
      <w:r>
        <w:rPr>
          <w:rFonts w:ascii="Microsoft YaHei" w:eastAsia="Microsoft YaHei" w:hAnsi="Microsoft YaHei" w:cs="Microsoft YaHei" w:hint="eastAsia"/>
          <w:lang w:eastAsia="zh-CN"/>
        </w:rPr>
        <w:t>数据分析的技能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数据视觉化更易懂</w:t>
      </w:r>
      <w:r>
        <w:rPr>
          <w:rFonts w:ascii="Microsoft YaHei" w:eastAsia="Microsoft YaHei" w:hAnsi="Microsoft YaHei" w:cs="Microsoft YaHei" w:hint="eastAsia"/>
          <w:lang w:eastAsia="zh-CN"/>
        </w:rPr>
        <w:t>：学习用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工具快速挖掘和洞察数据规则，生成各种易懂图表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36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问题导入：AI读懂数据大趋势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演示：以工作上一个切身小案例，引入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解决数据分析痛点的强大能力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案例展示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数据分析大趋势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一、AI+数据分析初接触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大原则和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提示词的底层原理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提示词框架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实操：体验不同提示词得到的不同结果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 能力详析：理解大模型如何赋能数据分析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自然语言处理能力和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工具详析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理解能力：文本摘要｜关键词抽取｜情感分析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表达能力：文案创作｜文本纠错｜信息结构化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衍生能力：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搜索｜问题回答｜上下文关联｜机器翻译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理解大语言模型如何在数据分析各环节中赋能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 数据预处理与智能分析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数据预处理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自动化多渠道数据收集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自动模拟生成或扩展数据集，辅助数据初始化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洞悉各种凌乱的数据格式，辅助数据规整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辅助自动转换数据格式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直接快速进行数据分析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理解和解释数据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提供数据处理建议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提供数据分析方法与技术支持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分析方法推荐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统计知识讲解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工具使用介绍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分析结果解读与洞察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自动化多表格操作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进行数学推理的底层逻辑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演示：通过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进行复杂的数学运算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四、AI工具赋能数据可视化，趋势洞察一目了然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辅助数据可视化，生成各种直观图表和报表，增强数据可读性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自动生成动态</w:t>
      </w:r>
      <w:r>
        <w:rPr>
          <w:color w:val="4B5563"/>
          <w:sz w:val="21"/>
        </w:rPr>
        <w:t>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数据看板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助力搭建数据汇报框架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一键生成数据汇报</w:t>
      </w:r>
      <w:r>
        <w:rPr>
          <w:color w:val="4B5563"/>
          <w:sz w:val="21"/>
        </w:rPr>
        <w:t>PPT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五、AI赋能Excel分析数据，熟悉的朋友多了一把瑞士军刀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降低学习复杂</w:t>
      </w:r>
      <w:r>
        <w:rPr>
          <w:color w:val="4B5563"/>
          <w:sz w:val="21"/>
        </w:rPr>
        <w:t>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操作成本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驱动</w:t>
      </w:r>
      <w:r>
        <w:rPr>
          <w:color w:val="4B5563"/>
          <w:sz w:val="21"/>
        </w:rPr>
        <w:t>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对话式数据分析数据分析和洞测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自动按需生成数据处理函数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</w:t>
      </w:r>
      <w:r>
        <w:rPr>
          <w:color w:val="4B5563"/>
          <w:sz w:val="21"/>
        </w:rPr>
        <w:t>VBA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编程自动化重复表格操作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Excel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小助手实现对话式数据分析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实战案例：</w:t>
      </w:r>
      <w:r>
        <w:rPr>
          <w:color w:val="4B5563"/>
          <w:sz w:val="21"/>
        </w:rPr>
        <w:t>AI+Excel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时间序列分析的妙用，发掘用户增长规律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可按行业、岗位与现有工具环境调整课程内容与实操强度，配套专属授课网站（含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