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No.4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AI高效职场：高质量职场写作与内容产出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提升职场写作效率与内容质量，减少反复修改成本。适用于汇报、邮件、方案、总结等多种写作场景。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：职场各岗位人员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当前职场人普遍面临写作耗时久、逻辑混乱、表达平淡、修改繁琐等问题，尤其长篇文案、专业报告等内容产出效率低，难以兼顾专业性与可读性。</w:t>
      </w:r>
    </w:p>
    <w:p>
      <w:pPr/>
      <w:r>
        <w:t xml:space="preserve">AI </w:t>
      </w:r>
      <w:r>
        <w:rPr>
          <w:rFonts w:ascii="Microsoft YaHei" w:eastAsia="Microsoft YaHei" w:hAnsi="Microsoft YaHei" w:cs="Microsoft YaHei" w:hint="eastAsia"/>
          <w:lang w:eastAsia="zh-CN"/>
        </w:rPr>
        <w:t>技术快速渗透职场，</w:t>
      </w:r>
      <w:r>
        <w:t xml:space="preserve">AI </w:t>
      </w:r>
      <w:r>
        <w:rPr>
          <w:rFonts w:ascii="Microsoft YaHei" w:eastAsia="Microsoft YaHei" w:hAnsi="Microsoft YaHei" w:cs="Microsoft YaHei" w:hint="eastAsia"/>
          <w:lang w:eastAsia="zh-CN"/>
        </w:rPr>
        <w:t>写作工具（如</w:t>
      </w:r>
      <w:r>
        <w:t xml:space="preserve"> WPS AI</w:t>
      </w:r>
      <w:r>
        <w:rPr>
          <w:rFonts w:ascii="Microsoft YaHei" w:eastAsia="Microsoft YaHei" w:hAnsi="Microsoft YaHei" w:cs="Microsoft YaHei" w:hint="eastAsia"/>
          <w:lang w:eastAsia="zh-CN"/>
        </w:rPr>
        <w:t>、豆包等）已成为提升职场效率的核心工具，但其应用门槛较高，多数职场人不会科学使用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辅助写作，难以发挥工具价值。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职场人对</w:t>
      </w:r>
      <w:r>
        <w:t xml:space="preserve"> “AI + </w:t>
      </w:r>
      <w:r>
        <w:rPr>
          <w:rFonts w:ascii="Microsoft YaHei" w:eastAsia="Microsoft YaHei" w:hAnsi="Microsoft YaHei" w:cs="Microsoft YaHei" w:hint="eastAsia"/>
          <w:lang w:eastAsia="zh-CN"/>
        </w:rPr>
        <w:t>写作</w:t>
      </w:r>
      <w:r>
        <w:t xml:space="preserve">” </w:t>
      </w:r>
      <w:r>
        <w:rPr>
          <w:rFonts w:ascii="Microsoft YaHei" w:eastAsia="Microsoft YaHei" w:hAnsi="Microsoft YaHei" w:cs="Microsoft YaHei" w:hint="eastAsia"/>
          <w:lang w:eastAsia="zh-CN"/>
        </w:rPr>
        <w:t>的实操需求强烈，渴望掌握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素材搜集、</w:t>
      </w:r>
      <w:r>
        <w:t xml:space="preserve">Prompt </w:t>
      </w:r>
      <w:r>
        <w:rPr>
          <w:rFonts w:ascii="Microsoft YaHei" w:eastAsia="Microsoft YaHei" w:hAnsi="Microsoft YaHei" w:cs="Microsoft YaHei" w:hint="eastAsia"/>
          <w:lang w:eastAsia="zh-CN"/>
        </w:rPr>
        <w:t>设计、内容优化等技巧，实现高效产出高质量职场内容，提升个人核心竞争力。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覆盖邮件、公文、汇报、方案、对外宣传、演讲稿与会议纪要的完整写作链路。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效率提升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辅助写作核心技巧，快速完成基础文案、长篇报告、会议纪要等各类职场内容，大幅节省写作与修改时间。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能力升级</w:t>
      </w:r>
      <w:r>
        <w:rPr>
          <w:rFonts w:ascii="Microsoft YaHei" w:eastAsia="Microsoft YaHei" w:hAnsi="Microsoft YaHei" w:cs="Microsoft YaHei" w:hint="eastAsia"/>
          <w:lang w:eastAsia="zh-CN"/>
        </w:rPr>
        <w:t>：学会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素材搜集、</w:t>
      </w:r>
      <w:r>
        <w:t xml:space="preserve">Prompt </w:t>
      </w:r>
      <w:r>
        <w:rPr>
          <w:rFonts w:ascii="Microsoft YaHei" w:eastAsia="Microsoft YaHei" w:hAnsi="Microsoft YaHei" w:cs="Microsoft YaHei" w:hint="eastAsia"/>
          <w:lang w:eastAsia="zh-CN"/>
        </w:rPr>
        <w:t>设计、内容去</w:t>
      </w:r>
      <w:r>
        <w:t xml:space="preserve"> “AI </w:t>
      </w:r>
      <w:r>
        <w:rPr>
          <w:rFonts w:ascii="Microsoft YaHei" w:eastAsia="Microsoft YaHei" w:hAnsi="Microsoft YaHei" w:cs="Microsoft YaHei" w:hint="eastAsia"/>
          <w:lang w:eastAsia="zh-CN"/>
        </w:rPr>
        <w:t>感</w:t>
      </w:r>
      <w:r>
        <w:t xml:space="preserve">” </w:t>
      </w:r>
      <w:r>
        <w:rPr>
          <w:rFonts w:ascii="Microsoft YaHei" w:eastAsia="Microsoft YaHei" w:hAnsi="Microsoft YaHei" w:cs="Microsoft YaHei" w:hint="eastAsia"/>
          <w:lang w:eastAsia="zh-CN"/>
        </w:rPr>
        <w:t>等技巧，提升职场写作专业性，摆脱</w:t>
      </w:r>
      <w:r>
        <w:t xml:space="preserve"> “</w:t>
      </w:r>
      <w:r>
        <w:rPr>
          <w:rFonts w:ascii="Microsoft YaHei" w:eastAsia="Microsoft YaHei" w:hAnsi="Microsoft YaHei" w:cs="Microsoft YaHei" w:hint="eastAsia"/>
          <w:lang w:eastAsia="zh-CN"/>
        </w:rPr>
        <w:t>写作难</w:t>
      </w:r>
      <w:r>
        <w:t xml:space="preserve">” </w:t>
      </w:r>
      <w:r>
        <w:rPr>
          <w:rFonts w:ascii="Microsoft YaHei" w:eastAsia="Microsoft YaHei" w:hAnsi="Microsoft YaHei" w:cs="Microsoft YaHei" w:hint="eastAsia"/>
          <w:lang w:eastAsia="zh-CN"/>
        </w:rPr>
        <w:t>困境。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工具落地</w:t>
      </w:r>
      <w:r>
        <w:rPr>
          <w:rFonts w:ascii="Microsoft YaHei" w:eastAsia="Microsoft YaHei" w:hAnsi="Microsoft YaHei" w:cs="Microsoft YaHei" w:hint="eastAsia"/>
          <w:lang w:eastAsia="zh-CN"/>
        </w:rPr>
        <w:t>：熟练运用</w:t>
      </w:r>
      <w:r>
        <w:t xml:space="preserve"> WPS AI</w:t>
      </w:r>
      <w:r>
        <w:rPr>
          <w:rFonts w:ascii="Microsoft YaHei" w:eastAsia="Microsoft YaHei" w:hAnsi="Microsoft YaHei" w:cs="Microsoft YaHei" w:hint="eastAsia"/>
          <w:lang w:eastAsia="zh-CN"/>
        </w:rPr>
        <w:t>（重点）、豆包等主流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工具，掌握长篇文案一体化创作、排版优化等功能，实现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素材</w:t>
      </w:r>
      <w:r>
        <w:t xml:space="preserve"> - </w:t>
      </w:r>
      <w:r>
        <w:rPr>
          <w:rFonts w:ascii="Microsoft YaHei" w:eastAsia="Microsoft YaHei" w:hAnsi="Microsoft YaHei" w:cs="Microsoft YaHei" w:hint="eastAsia"/>
          <w:lang w:eastAsia="zh-CN"/>
        </w:rPr>
        <w:t>创作</w:t>
      </w:r>
      <w:r>
        <w:t xml:space="preserve"> - </w:t>
      </w:r>
      <w:r>
        <w:rPr>
          <w:rFonts w:ascii="Microsoft YaHei" w:eastAsia="Microsoft YaHei" w:hAnsi="Microsoft YaHei" w:cs="Microsoft YaHei" w:hint="eastAsia"/>
          <w:lang w:eastAsia="zh-CN"/>
        </w:rPr>
        <w:t>优化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一步到位。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产出优化</w:t>
      </w:r>
      <w:r>
        <w:rPr>
          <w:rFonts w:ascii="Microsoft YaHei" w:eastAsia="Microsoft YaHei" w:hAnsi="Microsoft YaHei" w:cs="Microsoft YaHei" w:hint="eastAsia"/>
          <w:lang w:eastAsia="zh-CN"/>
        </w:rPr>
        <w:t>：产出内容更贴合职场场景，逻辑清晰、表达专业，适配邮件、报告、推文、会议纪要等各类场景需求。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落地复用</w:t>
      </w:r>
      <w:r>
        <w:rPr>
          <w:rFonts w:ascii="Microsoft YaHei" w:eastAsia="Microsoft YaHei" w:hAnsi="Microsoft YaHei" w:cs="Microsoft YaHei" w:hint="eastAsia"/>
          <w:lang w:eastAsia="zh-CN"/>
        </w:rPr>
        <w:t>：掌握可直接复用的</w:t>
      </w:r>
      <w:r>
        <w:t xml:space="preserve"> Prompt </w:t>
      </w:r>
      <w:r>
        <w:rPr>
          <w:rFonts w:ascii="Microsoft YaHei" w:eastAsia="Microsoft YaHei" w:hAnsi="Microsoft YaHei" w:cs="Microsoft YaHei" w:hint="eastAsia"/>
          <w:lang w:eastAsia="zh-CN"/>
        </w:rPr>
        <w:t>模板、工具使用技巧，能将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写作融入日常工作，形成个人高效写作流程。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+ 3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40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破冰与导入：AI时代，写作能力的重新定义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互动：你现在的写作痛点是什么？（没灵感、没逻辑、没文采、没时间）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代写工具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，而是替代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苦力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思考结构优化器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表达清晰度增强器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产出效率放大器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案例展示：对比纯人工撰写报告</w:t>
      </w:r>
      <w:r>
        <w:rPr>
          <w:color w:val="4B5563"/>
          <w:sz w:val="21"/>
        </w:rPr>
        <w:t xml:space="preserve"> vs.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辅助撰写报告。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核心认知：职场人的核心竞争力</w:t>
      </w:r>
      <w:r>
        <w:rPr>
          <w:color w:val="4B5563"/>
          <w:sz w:val="21"/>
        </w:rPr>
        <w:t xml:space="preserve"> =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判断力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审美力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提示词能力。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一、AI职场写作基础——工具选择与核心逻辑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主流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写作工具解析（适配职场场景）：优缺点、适用场景对比（如豆包、</w:t>
      </w: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ChatGPT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等，重点讲解职场常用功能）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写作的核心逻辑：</w:t>
      </w:r>
      <w:r>
        <w:rPr>
          <w:color w:val="4B5563"/>
          <w:sz w:val="21"/>
        </w:rPr>
        <w:t xml:space="preserve"> Prompt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（提示词）设计</w:t>
      </w:r>
      <w:r>
        <w:rPr>
          <w:color w:val="4B5563"/>
          <w:sz w:val="21"/>
        </w:rPr>
        <w:t>——“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说对需求，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才会出好内容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职场写作</w:t>
      </w:r>
      <w:r>
        <w:rPr>
          <w:color w:val="4B5563"/>
          <w:sz w:val="21"/>
        </w:rPr>
        <w:t>Prompt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万能公式（轻框架</w:t>
      </w:r>
      <w:r>
        <w:rPr>
          <w:color w:val="4B5563"/>
          <w:sz w:val="21"/>
        </w:rPr>
        <w:t>CRISPE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：能力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洞察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陈述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个性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实验）结合案例拆解，比如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写一封给客户的合作跟进邮件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素材搜集技巧</w:t>
      </w:r>
      <w:r>
        <w:rPr>
          <w:color w:val="4B5563"/>
          <w:sz w:val="21"/>
        </w:rPr>
        <w:t>——AI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搜集职场写作素材的核心方法，包括指定渠道（行业报告、官方网站、权威媒体）、精准关键词设计、素材筛选与提炼，解决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写作无素材、素材杂乱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的痛点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结合案例：写项目方案时，用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搜集行业数据、竞品案例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提示词常用技巧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误区：为什么你得到的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回答总是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正确的废话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或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味儿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很浓？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实操练习：现场改写一段糟糕的提示词，对比输出效果。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现场实操：基础</w:t>
      </w:r>
      <w:r>
        <w:rPr>
          <w:color w:val="4B5563"/>
          <w:sz w:val="21"/>
        </w:rPr>
        <w:t>Prompt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练习</w:t>
      </w:r>
      <w:r>
        <w:rPr>
          <w:color w:val="4B5563"/>
          <w:sz w:val="21"/>
        </w:rPr>
        <w:t>——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生成一封职场通知（如会议通知、工作安排），学员现场操作，老师点评优化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二、高频基础职场内容——AI辅助快速产出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：职场邮件（通知、请示、跟进、感谢）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生成初稿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优化技巧（避免生硬，贴合职场语气）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：日常公文（通知、公告、规章制度）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快速搭建框架，补充细节，规避格式错误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公文写作工具介绍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公文信息脱敏方法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：简短汇报（日报、周报、阶段性小结）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提炼核心工作，优化逻辑，避免冗余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现场实操：结合自身岗位，用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份高频基础内容（如周报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通知），小组互评，老师针对性指导优化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三、进阶职场内容及技巧——AI辅助提升专业性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：工作报告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方案（年度总结、项目方案、可行性报告）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搭建完整框架，补充专业表述，优化逻辑层次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使用</w:t>
      </w:r>
      <w:r>
        <w:rPr>
          <w:color w:val="4B5563"/>
          <w:sz w:val="21"/>
        </w:rPr>
        <w:t>“STAR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法则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梳理工作成果；如何让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根据数据生成下季度</w:t>
      </w:r>
      <w:r>
        <w:rPr>
          <w:color w:val="4B5563"/>
          <w:sz w:val="21"/>
        </w:rPr>
        <w:t>OKR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：对外宣传内容（公众号推文、活动文案、产品介绍）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打造爆款标题与</w:t>
      </w:r>
      <w:r>
        <w:rPr>
          <w:color w:val="4B5563"/>
          <w:sz w:val="21"/>
        </w:rPr>
        <w:t>Slogan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、打磨话术，提升可读性与转化率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构建文章大纲（是什么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怎么做）；如何使用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文笔润色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（改写成刘润风格、吴晓波风格）。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：职场演讲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汇报稿（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配套文案、口头汇报）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给定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大纲，优化表达流畅度，突出重点，撰写逐字稿，适配口语化场景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：会议纪要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快速提炼会议核心议题、讨论要点、决议事项、行动清单，优化表述逻辑，规范纪要格式，节省整理时间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核心技巧：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初稿优化方法</w:t>
      </w:r>
      <w:r>
        <w:rPr>
          <w:color w:val="4B5563"/>
          <w:sz w:val="21"/>
        </w:rPr>
        <w:t>——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去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感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、增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个人特色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、合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职场规范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（避免千篇一律，突出专业性）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职场写作常见坑：内容空洞、逻辑混乱、语气生硬、信息错误、泄露隐私</w:t>
      </w:r>
      <w:r>
        <w:rPr>
          <w:color w:val="4B5563"/>
          <w:sz w:val="21"/>
        </w:rPr>
        <w:t>——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规避方法与修正技巧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写作效率翻倍技巧：批量生成、模板复用、多工具配合（重点强调</w:t>
      </w: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长篇文案一体化优势：素材搜集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长篇创作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智能排版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润色校对一步到位，无需切换工具，大幅节省长篇文案写作时间）。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小组现场实操：选择</w:t>
      </w: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个进阶场景（如项目方案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公众号推文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会议纪要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职场长篇文案），小组合作，重点练习用</w:t>
      </w: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完成长篇文案写作（如</w:t>
      </w:r>
      <w:r>
        <w:rPr>
          <w:color w:val="4B5563"/>
          <w:sz w:val="21"/>
        </w:rPr>
        <w:t>3000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字左右的年度总结、项目方案），掌握</w:t>
      </w: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长篇创作的</w:t>
      </w:r>
      <w:r>
        <w:rPr>
          <w:color w:val="4B5563"/>
          <w:sz w:val="21"/>
        </w:rPr>
        <w:t>Prompt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技巧、续写功能、排版优化方法，学员自主生成初稿并优化，老师逐一点评，同步讲解</w:t>
      </w:r>
      <w:r>
        <w:rPr>
          <w:color w:val="4B5563"/>
          <w:sz w:val="21"/>
        </w:rPr>
        <w:t>WPS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长篇文案的润色、精简技巧，解决长篇写作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逻辑断层、排版杂乱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的痛点。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学员复盘：分享今日学习收获、实操心得，提出仍存在的疑问，老师集中解答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